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33522" w14:textId="08A91906" w:rsidR="00430B44" w:rsidRPr="00D44121" w:rsidRDefault="0051056A">
      <w:pPr>
        <w:jc w:val="center"/>
        <w:rPr>
          <w:color w:val="000000" w:themeColor="text1"/>
          <w:lang w:eastAsia="ja-JP"/>
        </w:rPr>
      </w:pPr>
      <w:r>
        <w:rPr>
          <w:b/>
          <w:sz w:val="32"/>
          <w:lang w:eastAsia="ja-JP"/>
        </w:rPr>
        <w:t>誓</w:t>
      </w:r>
      <w:r w:rsidR="00BD466E">
        <w:rPr>
          <w:rFonts w:hint="eastAsia"/>
          <w:b/>
          <w:sz w:val="32"/>
          <w:lang w:eastAsia="ja-JP"/>
        </w:rPr>
        <w:t xml:space="preserve">　</w:t>
      </w:r>
      <w:r>
        <w:rPr>
          <w:b/>
          <w:sz w:val="32"/>
          <w:lang w:eastAsia="ja-JP"/>
        </w:rPr>
        <w:t>約</w:t>
      </w:r>
      <w:r w:rsidR="00BD466E">
        <w:rPr>
          <w:rFonts w:hint="eastAsia"/>
          <w:b/>
          <w:sz w:val="32"/>
          <w:lang w:eastAsia="ja-JP"/>
        </w:rPr>
        <w:t xml:space="preserve">　</w:t>
      </w:r>
      <w:r>
        <w:rPr>
          <w:b/>
          <w:sz w:val="32"/>
          <w:lang w:eastAsia="ja-JP"/>
        </w:rPr>
        <w:t>書</w:t>
      </w:r>
      <w:r>
        <w:rPr>
          <w:b/>
          <w:sz w:val="32"/>
          <w:lang w:eastAsia="ja-JP"/>
        </w:rPr>
        <w:br/>
      </w:r>
    </w:p>
    <w:p w14:paraId="2BEC95A5" w14:textId="77777777" w:rsidR="00D7312A" w:rsidRPr="00D44121" w:rsidRDefault="00D7312A">
      <w:pPr>
        <w:jc w:val="center"/>
        <w:rPr>
          <w:color w:val="000000" w:themeColor="text1"/>
          <w:lang w:eastAsia="ja-JP"/>
        </w:rPr>
      </w:pPr>
    </w:p>
    <w:p w14:paraId="5E22D689" w14:textId="375DD68D" w:rsidR="00122602" w:rsidRPr="00D44121" w:rsidRDefault="00122602" w:rsidP="00122602">
      <w:pPr>
        <w:rPr>
          <w:rFonts w:asciiTheme="minorEastAsia" w:hAnsiTheme="minorEastAsia" w:cs="ＭＳ ゴシック"/>
          <w:color w:val="000000" w:themeColor="text1"/>
          <w:sz w:val="24"/>
          <w:szCs w:val="24"/>
          <w:lang w:eastAsia="ja-JP"/>
        </w:rPr>
      </w:pPr>
      <w:r w:rsidRPr="00D44121">
        <w:rPr>
          <w:rFonts w:asciiTheme="minorEastAsia" w:hAnsiTheme="minorEastAsia" w:cs="ＭＳ ゴシック"/>
          <w:color w:val="000000" w:themeColor="text1"/>
          <w:sz w:val="24"/>
          <w:szCs w:val="24"/>
          <w:lang w:eastAsia="ja-JP"/>
        </w:rPr>
        <w:t>当○○病院は、感染症法に基づき締結した医療措置協定の内容を踏まえ、今後、病床数適正化支援事業の活用</w:t>
      </w:r>
      <w:r w:rsidR="00F8251F" w:rsidRPr="00D44121">
        <w:rPr>
          <w:rFonts w:asciiTheme="minorEastAsia" w:hAnsiTheme="minorEastAsia" w:cs="ＭＳ ゴシック" w:hint="eastAsia"/>
          <w:color w:val="000000" w:themeColor="text1"/>
          <w:sz w:val="24"/>
          <w:szCs w:val="24"/>
          <w:lang w:eastAsia="ja-JP"/>
        </w:rPr>
        <w:t>や、</w:t>
      </w:r>
      <w:r w:rsidR="00F8251F" w:rsidRPr="00D44121">
        <w:rPr>
          <w:rFonts w:asciiTheme="minorEastAsia" w:hAnsiTheme="minorEastAsia" w:cs="ＭＳ ゴシック"/>
          <w:color w:val="000000" w:themeColor="text1"/>
          <w:sz w:val="24"/>
          <w:szCs w:val="24"/>
          <w:lang w:eastAsia="ja-JP"/>
        </w:rPr>
        <w:t>病床機能の見直し、</w:t>
      </w:r>
      <w:r w:rsidRPr="00D44121">
        <w:rPr>
          <w:rFonts w:asciiTheme="minorEastAsia" w:hAnsiTheme="minorEastAsia" w:cs="ＭＳ ゴシック"/>
          <w:color w:val="000000" w:themeColor="text1"/>
          <w:sz w:val="24"/>
          <w:szCs w:val="24"/>
          <w:lang w:eastAsia="ja-JP"/>
        </w:rPr>
        <w:t>その他の理由により許可病床数を削減した場合であっても、新興感染症の発生・まん延時には、協定に基づく確保病床数を維持し、医療措置協定を遵守することを誓約します。</w:t>
      </w:r>
    </w:p>
    <w:p w14:paraId="1CA92EFF" w14:textId="77777777" w:rsidR="001D21A3" w:rsidRPr="00D44121" w:rsidRDefault="001D21A3" w:rsidP="002C43C3">
      <w:pPr>
        <w:rPr>
          <w:color w:val="000000" w:themeColor="text1"/>
          <w:sz w:val="24"/>
          <w:szCs w:val="24"/>
          <w:lang w:eastAsia="ja-JP"/>
        </w:rPr>
      </w:pPr>
    </w:p>
    <w:p w14:paraId="04686456" w14:textId="77777777" w:rsidR="00F46A97" w:rsidRPr="00D44121" w:rsidRDefault="00F46A97">
      <w:pPr>
        <w:rPr>
          <w:color w:val="000000" w:themeColor="text1"/>
          <w:lang w:eastAsia="ja-JP"/>
        </w:rPr>
      </w:pPr>
    </w:p>
    <w:p w14:paraId="7A572A5C" w14:textId="77777777" w:rsidR="00D7312A" w:rsidRPr="00D44121" w:rsidRDefault="00D7312A">
      <w:pPr>
        <w:rPr>
          <w:color w:val="000000" w:themeColor="text1"/>
          <w:lang w:eastAsia="ja-JP"/>
        </w:rPr>
      </w:pPr>
    </w:p>
    <w:p w14:paraId="5349E56B" w14:textId="64008882" w:rsidR="00430B44" w:rsidRPr="008B7BC3" w:rsidRDefault="00C148B8">
      <w:pPr>
        <w:rPr>
          <w:color w:val="000000" w:themeColor="text1"/>
          <w:sz w:val="24"/>
          <w:szCs w:val="24"/>
        </w:rPr>
      </w:pPr>
      <w:r w:rsidRPr="008B7BC3">
        <w:rPr>
          <w:rFonts w:hint="eastAsia"/>
          <w:color w:val="000000" w:themeColor="text1"/>
          <w:sz w:val="24"/>
          <w:szCs w:val="24"/>
          <w:lang w:eastAsia="ja-JP"/>
        </w:rPr>
        <w:t>令和</w:t>
      </w:r>
      <w:r w:rsidR="0051056A" w:rsidRPr="008B7BC3">
        <w:rPr>
          <w:color w:val="000000" w:themeColor="text1"/>
          <w:sz w:val="24"/>
          <w:szCs w:val="24"/>
        </w:rPr>
        <w:t xml:space="preserve">　　年　　月　　日</w:t>
      </w:r>
    </w:p>
    <w:p w14:paraId="54F3131C" w14:textId="77777777" w:rsidR="00430B44" w:rsidRPr="008B7BC3" w:rsidRDefault="00430B44">
      <w:pPr>
        <w:rPr>
          <w:color w:val="000000" w:themeColor="text1"/>
          <w:sz w:val="24"/>
          <w:szCs w:val="24"/>
          <w:lang w:eastAsia="ja-JP"/>
        </w:rPr>
      </w:pPr>
    </w:p>
    <w:p w14:paraId="2FAC4C0D" w14:textId="5D452131" w:rsidR="005608C1" w:rsidRPr="008B7BC3" w:rsidRDefault="005608C1">
      <w:pPr>
        <w:rPr>
          <w:color w:val="000000" w:themeColor="text1"/>
          <w:sz w:val="24"/>
          <w:szCs w:val="24"/>
          <w:lang w:eastAsia="ja-JP"/>
        </w:rPr>
      </w:pPr>
      <w:r w:rsidRPr="008B7BC3">
        <w:rPr>
          <w:rFonts w:hint="eastAsia"/>
          <w:color w:val="000000" w:themeColor="text1"/>
          <w:sz w:val="24"/>
          <w:szCs w:val="24"/>
          <w:lang w:eastAsia="ja-JP"/>
        </w:rPr>
        <w:t>石川県知事　殿</w:t>
      </w:r>
    </w:p>
    <w:p w14:paraId="7500B295" w14:textId="77777777" w:rsidR="005608C1" w:rsidRPr="008B7BC3" w:rsidRDefault="005608C1">
      <w:pPr>
        <w:rPr>
          <w:color w:val="000000" w:themeColor="text1"/>
          <w:sz w:val="24"/>
          <w:szCs w:val="24"/>
          <w:lang w:eastAsia="ja-JP"/>
        </w:rPr>
      </w:pPr>
    </w:p>
    <w:p w14:paraId="5C00BE5D" w14:textId="77777777" w:rsidR="00D7312A" w:rsidRPr="008B7BC3" w:rsidRDefault="00D7312A">
      <w:pPr>
        <w:rPr>
          <w:color w:val="000000" w:themeColor="text1"/>
          <w:sz w:val="24"/>
          <w:szCs w:val="24"/>
          <w:lang w:eastAsia="ja-JP"/>
        </w:rPr>
      </w:pPr>
    </w:p>
    <w:p w14:paraId="36310A74" w14:textId="15399A28" w:rsidR="00BD466E" w:rsidRPr="008B7BC3" w:rsidRDefault="00BD466E" w:rsidP="00C148B8">
      <w:pPr>
        <w:ind w:firstLineChars="2200" w:firstLine="5280"/>
        <w:rPr>
          <w:sz w:val="24"/>
          <w:szCs w:val="24"/>
          <w:lang w:eastAsia="ja-JP"/>
        </w:rPr>
      </w:pPr>
      <w:r w:rsidRPr="008B7BC3">
        <w:rPr>
          <w:rFonts w:hint="eastAsia"/>
          <w:sz w:val="24"/>
          <w:szCs w:val="24"/>
          <w:lang w:eastAsia="ja-JP"/>
        </w:rPr>
        <w:t>住所</w:t>
      </w:r>
      <w:r w:rsidRPr="008B7BC3">
        <w:rPr>
          <w:sz w:val="24"/>
          <w:szCs w:val="24"/>
        </w:rPr>
        <w:t xml:space="preserve">：　</w:t>
      </w:r>
      <w:r w:rsidR="00C148B8" w:rsidRPr="008B7BC3">
        <w:rPr>
          <w:rFonts w:hint="eastAsia"/>
          <w:sz w:val="24"/>
          <w:szCs w:val="24"/>
          <w:lang w:eastAsia="ja-JP"/>
        </w:rPr>
        <w:t xml:space="preserve">　　</w:t>
      </w:r>
    </w:p>
    <w:p w14:paraId="0C30FFD4" w14:textId="0F6FCA95" w:rsidR="00430B44" w:rsidRPr="008B7BC3" w:rsidRDefault="00C148B8" w:rsidP="00C148B8">
      <w:pPr>
        <w:ind w:firstLineChars="2200" w:firstLine="5280"/>
        <w:rPr>
          <w:sz w:val="24"/>
          <w:szCs w:val="24"/>
          <w:lang w:eastAsia="ja-JP"/>
        </w:rPr>
      </w:pPr>
      <w:r w:rsidRPr="008B7BC3">
        <w:rPr>
          <w:rFonts w:hint="eastAsia"/>
          <w:sz w:val="24"/>
          <w:szCs w:val="24"/>
          <w:lang w:eastAsia="ja-JP"/>
        </w:rPr>
        <w:t>医療機関名</w:t>
      </w:r>
      <w:r w:rsidR="0051056A" w:rsidRPr="008B7BC3">
        <w:rPr>
          <w:sz w:val="24"/>
          <w:szCs w:val="24"/>
        </w:rPr>
        <w:t xml:space="preserve">：　　　　　　</w:t>
      </w:r>
    </w:p>
    <w:p w14:paraId="4ED315A5" w14:textId="60D81DF3" w:rsidR="00430B44" w:rsidRPr="008B7BC3" w:rsidRDefault="00C148B8" w:rsidP="00C148B8">
      <w:pPr>
        <w:ind w:firstLineChars="2200" w:firstLine="5280"/>
        <w:rPr>
          <w:sz w:val="24"/>
          <w:szCs w:val="24"/>
          <w:lang w:eastAsia="ja-JP"/>
        </w:rPr>
      </w:pPr>
      <w:r w:rsidRPr="008B7BC3">
        <w:rPr>
          <w:rFonts w:hint="eastAsia"/>
          <w:sz w:val="24"/>
          <w:szCs w:val="24"/>
          <w:lang w:eastAsia="ja-JP"/>
        </w:rPr>
        <w:t>代表者氏名</w:t>
      </w:r>
      <w:r w:rsidR="0051056A" w:rsidRPr="008B7BC3">
        <w:rPr>
          <w:sz w:val="24"/>
          <w:szCs w:val="24"/>
        </w:rPr>
        <w:t xml:space="preserve">：　　　　　</w:t>
      </w:r>
    </w:p>
    <w:sectPr w:rsidR="00430B44" w:rsidRPr="008B7BC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51490258">
    <w:abstractNumId w:val="8"/>
  </w:num>
  <w:num w:numId="2" w16cid:durableId="1684090660">
    <w:abstractNumId w:val="7"/>
  </w:num>
  <w:num w:numId="3" w16cid:durableId="1730223131">
    <w:abstractNumId w:val="1"/>
  </w:num>
  <w:num w:numId="4" w16cid:durableId="437798492">
    <w:abstractNumId w:val="6"/>
  </w:num>
  <w:num w:numId="5" w16cid:durableId="667950531">
    <w:abstractNumId w:val="5"/>
  </w:num>
  <w:num w:numId="6" w16cid:durableId="812210490">
    <w:abstractNumId w:val="4"/>
  </w:num>
  <w:num w:numId="7" w16cid:durableId="821509328">
    <w:abstractNumId w:val="2"/>
  </w:num>
  <w:num w:numId="8" w16cid:durableId="940651069">
    <w:abstractNumId w:val="3"/>
  </w:num>
  <w:num w:numId="9" w16cid:durableId="953362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22602"/>
    <w:rsid w:val="0015074B"/>
    <w:rsid w:val="00175AC7"/>
    <w:rsid w:val="001D21A3"/>
    <w:rsid w:val="002454D1"/>
    <w:rsid w:val="0029639D"/>
    <w:rsid w:val="002C43C3"/>
    <w:rsid w:val="003054A5"/>
    <w:rsid w:val="00326F90"/>
    <w:rsid w:val="003B0D0E"/>
    <w:rsid w:val="00430B44"/>
    <w:rsid w:val="0051056A"/>
    <w:rsid w:val="00535D59"/>
    <w:rsid w:val="005608C1"/>
    <w:rsid w:val="006426B5"/>
    <w:rsid w:val="00687BDB"/>
    <w:rsid w:val="007C3109"/>
    <w:rsid w:val="008B7BC3"/>
    <w:rsid w:val="0090588C"/>
    <w:rsid w:val="009534AD"/>
    <w:rsid w:val="00994BFA"/>
    <w:rsid w:val="0099727A"/>
    <w:rsid w:val="00AA1D8D"/>
    <w:rsid w:val="00B47730"/>
    <w:rsid w:val="00BD466E"/>
    <w:rsid w:val="00C148B8"/>
    <w:rsid w:val="00CB0664"/>
    <w:rsid w:val="00CC3C76"/>
    <w:rsid w:val="00CC4A62"/>
    <w:rsid w:val="00D2489F"/>
    <w:rsid w:val="00D44121"/>
    <w:rsid w:val="00D7312A"/>
    <w:rsid w:val="00EF7F05"/>
    <w:rsid w:val="00F46A97"/>
    <w:rsid w:val="00F60FA7"/>
    <w:rsid w:val="00F8251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D60C53E"/>
  <w14:defaultImageDpi w14:val="300"/>
  <w15:docId w15:val="{92309B8E-6150-47E9-99C7-F70847A67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4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8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　愛実</dc:creator>
  <cp:keywords/>
  <dc:description>generated by python-docx</dc:description>
  <cp:lastModifiedBy>HW54899</cp:lastModifiedBy>
  <cp:revision>14</cp:revision>
  <dcterms:created xsi:type="dcterms:W3CDTF">2026-07-20T23:56:00Z</dcterms:created>
  <dcterms:modified xsi:type="dcterms:W3CDTF">2026-07-28T02:11:00Z</dcterms:modified>
  <cp:category/>
</cp:coreProperties>
</file>